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A93FC" w14:textId="77777777" w:rsidR="00C15D13" w:rsidRDefault="00000000">
      <w:pPr>
        <w:pStyle w:val="Title"/>
      </w:pPr>
      <w:r>
        <w:t>Sakura Nursing Forum 2027</w:t>
      </w:r>
    </w:p>
    <w:p w14:paraId="5BEBD9FA" w14:textId="682E7636" w:rsidR="00C15D13" w:rsidRDefault="00000000">
      <w:r>
        <w:t>Abstract Submission Template</w:t>
      </w:r>
    </w:p>
    <w:p w14:paraId="021624D7" w14:textId="77777777" w:rsidR="00C15D13" w:rsidRDefault="00000000">
      <w:pPr>
        <w:pStyle w:val="Heading1"/>
      </w:pPr>
      <w:r>
        <w:t>1. Title of the Contribution</w:t>
      </w:r>
    </w:p>
    <w:p w14:paraId="268FF77E" w14:textId="77777777" w:rsidR="00C15D13" w:rsidRDefault="00000000">
      <w:r>
        <w:t>Concise and informative title reflecting the content of the work.</w:t>
      </w:r>
      <w:r>
        <w:br/>
      </w:r>
    </w:p>
    <w:p w14:paraId="7C1656C4" w14:textId="77777777" w:rsidR="00C15D13" w:rsidRDefault="00000000">
      <w:pPr>
        <w:pStyle w:val="Heading1"/>
      </w:pPr>
      <w:r>
        <w:t>2. Author Information</w:t>
      </w:r>
    </w:p>
    <w:p w14:paraId="000BA4AD" w14:textId="77777777" w:rsidR="00C15D13" w:rsidRDefault="00000000">
      <w:r>
        <w:t>Presenter (corresponding author) and co-authors</w:t>
      </w:r>
      <w:r>
        <w:br/>
        <w:t>Affiliations (Institution, City, Country)</w:t>
      </w:r>
      <w:r>
        <w:br/>
      </w:r>
    </w:p>
    <w:p w14:paraId="59B943E8" w14:textId="77777777" w:rsidR="00C15D13" w:rsidRDefault="00000000">
      <w:pPr>
        <w:pStyle w:val="Heading1"/>
      </w:pPr>
      <w:r>
        <w:t>3. Abstract (Maximum 300 words)</w:t>
      </w:r>
    </w:p>
    <w:p w14:paraId="336F0AED" w14:textId="77777777" w:rsidR="00C15D13" w:rsidRDefault="00000000">
      <w:r>
        <w:t>The abstract should clearly outline:</w:t>
      </w:r>
      <w:r>
        <w:br/>
        <w:t>- Background / Context</w:t>
      </w:r>
      <w:r>
        <w:br/>
        <w:t>- Objective</w:t>
      </w:r>
      <w:r>
        <w:br/>
        <w:t>- Methods</w:t>
      </w:r>
      <w:r>
        <w:br/>
        <w:t>- Key Findings</w:t>
      </w:r>
      <w:r>
        <w:br/>
        <w:t>- Conclusions / Implications</w:t>
      </w:r>
      <w:r>
        <w:br/>
      </w:r>
    </w:p>
    <w:p w14:paraId="4602FFF0" w14:textId="77777777" w:rsidR="00C15D13" w:rsidRDefault="00000000">
      <w:pPr>
        <w:pStyle w:val="Heading1"/>
      </w:pPr>
      <w:r>
        <w:t>4. Short Biography (Maximum 120 words)</w:t>
      </w:r>
    </w:p>
    <w:p w14:paraId="7C216BDB" w14:textId="77777777" w:rsidR="00C15D13" w:rsidRDefault="00000000">
      <w:r>
        <w:t>A brief academic biography of the presenting author, including current position, institutional affiliation, and research focus.</w:t>
      </w:r>
      <w:r>
        <w:br/>
      </w:r>
    </w:p>
    <w:p w14:paraId="2933B050" w14:textId="77777777" w:rsidR="00C15D13" w:rsidRDefault="00000000">
      <w:pPr>
        <w:pStyle w:val="Heading1"/>
      </w:pPr>
      <w:r>
        <w:t>5. Professional Photograph</w:t>
      </w:r>
    </w:p>
    <w:p w14:paraId="3EFFBB5D" w14:textId="77777777" w:rsidR="00C15D13" w:rsidRDefault="00000000">
      <w:r>
        <w:t>A high-resolution professional photograph of the presenting author may be included for programme and website use.</w:t>
      </w:r>
      <w:r>
        <w:br/>
      </w:r>
    </w:p>
    <w:p w14:paraId="73C3B181" w14:textId="77777777" w:rsidR="00C15D13" w:rsidRDefault="00000000">
      <w:pPr>
        <w:pStyle w:val="Heading1"/>
      </w:pPr>
      <w:r>
        <w:t>6. Additional Information (Optional)</w:t>
      </w:r>
    </w:p>
    <w:p w14:paraId="357D9015" w14:textId="77777777" w:rsidR="00C15D13" w:rsidRDefault="00000000">
      <w:r>
        <w:t>ORCID ID</w:t>
      </w:r>
      <w:r>
        <w:br/>
        <w:t>Google Scholar profile</w:t>
      </w:r>
      <w:r>
        <w:br/>
        <w:t>ResearchGate profile</w:t>
      </w:r>
      <w:r>
        <w:br/>
      </w:r>
    </w:p>
    <w:p w14:paraId="2D0D56F6" w14:textId="77777777" w:rsidR="00C15D13" w:rsidRDefault="00000000">
      <w:pPr>
        <w:pStyle w:val="Heading1"/>
      </w:pPr>
      <w:r>
        <w:t>7. References (if applicable)</w:t>
      </w:r>
    </w:p>
    <w:sectPr w:rsidR="00C15D13" w:rsidSect="001B5C4A">
      <w:pgSz w:w="12240" w:h="15840"/>
      <w:pgMar w:top="709" w:right="1800" w:bottom="709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62544116">
    <w:abstractNumId w:val="8"/>
  </w:num>
  <w:num w:numId="2" w16cid:durableId="963848223">
    <w:abstractNumId w:val="6"/>
  </w:num>
  <w:num w:numId="3" w16cid:durableId="1386299945">
    <w:abstractNumId w:val="5"/>
  </w:num>
  <w:num w:numId="4" w16cid:durableId="1615208701">
    <w:abstractNumId w:val="4"/>
  </w:num>
  <w:num w:numId="5" w16cid:durableId="1933316818">
    <w:abstractNumId w:val="7"/>
  </w:num>
  <w:num w:numId="6" w16cid:durableId="33123879">
    <w:abstractNumId w:val="3"/>
  </w:num>
  <w:num w:numId="7" w16cid:durableId="1025908414">
    <w:abstractNumId w:val="2"/>
  </w:num>
  <w:num w:numId="8" w16cid:durableId="1861551316">
    <w:abstractNumId w:val="1"/>
  </w:num>
  <w:num w:numId="9" w16cid:durableId="433866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B5C4A"/>
    <w:rsid w:val="0029639D"/>
    <w:rsid w:val="00326F90"/>
    <w:rsid w:val="00AA1D8D"/>
    <w:rsid w:val="00B47730"/>
    <w:rsid w:val="00C15D13"/>
    <w:rsid w:val="00CB0664"/>
    <w:rsid w:val="00FB4C1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5027870"/>
  <w14:defaultImageDpi w14:val="300"/>
  <w15:docId w15:val="{38740D0F-6DEA-4D64-BEA8-E35A9D3D0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Manoj Mohanty</cp:lastModifiedBy>
  <cp:revision>2</cp:revision>
  <dcterms:created xsi:type="dcterms:W3CDTF">2013-12-23T23:15:00Z</dcterms:created>
  <dcterms:modified xsi:type="dcterms:W3CDTF">2026-04-15T15:27:00Z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914b6267-5a09-40db-aa7a-ea9db7b60d17</vt:lpwstr>
  </property>
</Properties>
</file>